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55"/>
        <w:gridCol w:w="5355"/>
        <w:gridCol w:w="693"/>
      </w:tblGrid>
      <w:tr w:rsidR="00033305" w:rsidRPr="00D15C0B" w14:paraId="637F2B57" w14:textId="77777777">
        <w:trPr>
          <w:gridAfter w:val="1"/>
          <w:wAfter w:w="693" w:type="dxa"/>
          <w:jc w:val="center"/>
        </w:trPr>
        <w:tc>
          <w:tcPr>
            <w:tcW w:w="535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6AB0C4" w14:textId="77777777" w:rsidR="00033305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4DBA0B" wp14:editId="2AE722D8">
                  <wp:extent cx="917999" cy="91799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000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999" cy="917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0C2705" w14:textId="77777777" w:rsidR="00033305" w:rsidRPr="00D15C0B" w:rsidRDefault="00000000">
            <w:pPr>
              <w:spacing w:after="0"/>
              <w:rPr>
                <w:lang w:val="fr-FR"/>
              </w:rPr>
            </w:pPr>
            <w:r w:rsidRPr="00D15C0B">
              <w:rPr>
                <w:b/>
                <w:color w:val="1D2D37"/>
                <w:sz w:val="44"/>
                <w:lang w:val="fr-FR"/>
              </w:rPr>
              <w:t>CÉDRIC JEAN CHARLES</w:t>
            </w:r>
          </w:p>
          <w:p w14:paraId="0B41C02A" w14:textId="77777777" w:rsidR="00033305" w:rsidRPr="00D15C0B" w:rsidRDefault="00000000">
            <w:pPr>
              <w:spacing w:after="40"/>
              <w:rPr>
                <w:lang w:val="fr-FR"/>
              </w:rPr>
            </w:pPr>
            <w:r w:rsidRPr="00D15C0B">
              <w:rPr>
                <w:b/>
                <w:color w:val="977A44"/>
                <w:sz w:val="23"/>
                <w:lang w:val="fr-FR"/>
              </w:rPr>
              <w:t>CHEF EXÉCUTIF DE CUISINE &amp; CHEF PÂTISSIER</w:t>
            </w:r>
          </w:p>
          <w:p w14:paraId="7475BA76" w14:textId="77777777" w:rsidR="00033305" w:rsidRPr="00D15C0B" w:rsidRDefault="00000000">
            <w:pPr>
              <w:spacing w:after="0"/>
              <w:rPr>
                <w:lang w:val="fr-FR"/>
              </w:rPr>
            </w:pPr>
            <w:r w:rsidRPr="00D15C0B">
              <w:rPr>
                <w:b/>
                <w:color w:val="586065"/>
                <w:lang w:val="fr-FR"/>
              </w:rPr>
              <w:t>HÔTELLERIE 5★ • LUXE • GASTRONOMIE • BANQUETS • INTERNATIONAL</w:t>
            </w:r>
          </w:p>
        </w:tc>
      </w:tr>
      <w:tr w:rsidR="00033305" w:rsidRPr="00D15C0B" w14:paraId="6275D995" w14:textId="77777777">
        <w:tblPrEx>
          <w:jc w:val="left"/>
        </w:tblPrEx>
        <w:tc>
          <w:tcPr>
            <w:tcW w:w="10710" w:type="dxa"/>
            <w:gridSpan w:val="3"/>
            <w:shd w:val="clear" w:color="auto" w:fill="EEF1F2"/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20AE86CB" w14:textId="77777777" w:rsidR="00033305" w:rsidRPr="00D15C0B" w:rsidRDefault="00000000">
            <w:pPr>
              <w:jc w:val="center"/>
              <w:rPr>
                <w:lang w:val="fr-FR"/>
              </w:rPr>
            </w:pPr>
            <w:r w:rsidRPr="00D15C0B">
              <w:rPr>
                <w:sz w:val="16"/>
                <w:lang w:val="fr-FR"/>
              </w:rPr>
              <w:t>Cognac • 06 29 72 14 14 • cedricjeancharles@gmail.com • Permis B / véhiculé • Mobilité France &amp; international</w:t>
            </w:r>
          </w:p>
        </w:tc>
      </w:tr>
    </w:tbl>
    <w:p w14:paraId="5E29200A" w14:textId="77777777" w:rsidR="00033305" w:rsidRPr="00D15C0B" w:rsidRDefault="00000000">
      <w:pPr>
        <w:pStyle w:val="Titre1"/>
        <w:rPr>
          <w:lang w:val="fr-FR"/>
        </w:rPr>
      </w:pPr>
      <w:r w:rsidRPr="00D15C0B">
        <w:rPr>
          <w:lang w:val="fr-FR"/>
        </w:rPr>
        <w:t>PROFIL EXÉCUTIF</w:t>
      </w:r>
    </w:p>
    <w:p w14:paraId="6ABF0396" w14:textId="77777777" w:rsidR="00033305" w:rsidRPr="00D15C0B" w:rsidRDefault="00000000">
      <w:pPr>
        <w:rPr>
          <w:lang w:val="fr-FR"/>
        </w:rPr>
      </w:pPr>
      <w:r w:rsidRPr="00D15C0B">
        <w:rPr>
          <w:lang w:val="fr-FR"/>
        </w:rPr>
        <w:t>Chef exécutif de cuisine et chef pâtissier avec plus de 30 ans d’expérience dans l’hôtellerie haut de gamme, la gastronomie, la bistronomie et l’événementiel. Parcours au sein d’établissements 4★/5★, Relais &amp; Châteaux et maisons étoilées Michelin, en France et à l’international. Expertise en direction de brigades, création d’identités culinaires, pilotage des coûts et ratios, qualité de service, HACCP/QHSE, formation et développement des talents. Habitué aux environnements exigeants, aux banquets à fort volume et à la collaboration avec les directions d’hôtel.</w:t>
      </w:r>
    </w:p>
    <w:p w14:paraId="3CF9772C" w14:textId="77777777" w:rsidR="00033305" w:rsidRDefault="00000000">
      <w:pPr>
        <w:pStyle w:val="Titre1"/>
      </w:pPr>
      <w:r>
        <w:t>EXPERTISE HÔTELLERIE DE LUXE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70"/>
        <w:gridCol w:w="3570"/>
        <w:gridCol w:w="3570"/>
      </w:tblGrid>
      <w:tr w:rsidR="00033305" w14:paraId="66890E64" w14:textId="77777777">
        <w:trPr>
          <w:jc w:val="center"/>
        </w:trPr>
        <w:tc>
          <w:tcPr>
            <w:tcW w:w="3570" w:type="dxa"/>
            <w:shd w:val="clear" w:color="auto" w:fill="F6F4EF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95D991E" w14:textId="77777777" w:rsidR="00033305" w:rsidRPr="00D15C0B" w:rsidRDefault="00000000">
            <w:pPr>
              <w:jc w:val="center"/>
              <w:rPr>
                <w:lang w:val="fr-FR"/>
              </w:rPr>
            </w:pPr>
            <w:r w:rsidRPr="00D15C0B">
              <w:rPr>
                <w:b/>
                <w:color w:val="1D2D37"/>
                <w:sz w:val="16"/>
                <w:lang w:val="fr-FR"/>
              </w:rPr>
              <w:t>Direction de brigades jusqu’à 60 personnes</w:t>
            </w:r>
          </w:p>
        </w:tc>
        <w:tc>
          <w:tcPr>
            <w:tcW w:w="3570" w:type="dxa"/>
            <w:shd w:val="clear" w:color="auto" w:fill="F6F4EF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6C7EE57" w14:textId="77777777" w:rsidR="00033305" w:rsidRPr="00D15C0B" w:rsidRDefault="00000000">
            <w:pPr>
              <w:jc w:val="center"/>
              <w:rPr>
                <w:lang w:val="fr-FR"/>
              </w:rPr>
            </w:pPr>
            <w:r w:rsidRPr="00D15C0B">
              <w:rPr>
                <w:b/>
                <w:color w:val="1D2D37"/>
                <w:sz w:val="16"/>
                <w:lang w:val="fr-FR"/>
              </w:rPr>
              <w:t>Création cuisine &amp; pâtisserie haut de gamme</w:t>
            </w:r>
          </w:p>
        </w:tc>
        <w:tc>
          <w:tcPr>
            <w:tcW w:w="3570" w:type="dxa"/>
            <w:shd w:val="clear" w:color="auto" w:fill="F6F4EF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F0F3C4C" w14:textId="77777777" w:rsidR="00033305" w:rsidRDefault="00000000">
            <w:pPr>
              <w:jc w:val="center"/>
            </w:pPr>
            <w:r>
              <w:rPr>
                <w:b/>
                <w:color w:val="1D2D37"/>
                <w:sz w:val="16"/>
              </w:rPr>
              <w:t>Food cost, budgets, ratios &amp; achats</w:t>
            </w:r>
          </w:p>
        </w:tc>
      </w:tr>
      <w:tr w:rsidR="00033305" w14:paraId="5E59D0F0" w14:textId="77777777">
        <w:trPr>
          <w:jc w:val="center"/>
        </w:trPr>
        <w:tc>
          <w:tcPr>
            <w:tcW w:w="3570" w:type="dxa"/>
            <w:shd w:val="clear" w:color="auto" w:fill="F6F4EF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2FA09EA" w14:textId="5D80FED5" w:rsidR="00033305" w:rsidRDefault="00000000">
            <w:pPr>
              <w:jc w:val="center"/>
            </w:pPr>
            <w:r>
              <w:rPr>
                <w:b/>
                <w:color w:val="1D2D37"/>
                <w:sz w:val="16"/>
              </w:rPr>
              <w:t xml:space="preserve">Banquets jusqu’à </w:t>
            </w:r>
            <w:r w:rsidR="00D15C0B">
              <w:rPr>
                <w:b/>
                <w:color w:val="1D2D37"/>
                <w:sz w:val="16"/>
              </w:rPr>
              <w:t>30</w:t>
            </w:r>
            <w:r>
              <w:rPr>
                <w:b/>
                <w:color w:val="1D2D37"/>
                <w:sz w:val="16"/>
              </w:rPr>
              <w:t>00 convives</w:t>
            </w:r>
          </w:p>
        </w:tc>
        <w:tc>
          <w:tcPr>
            <w:tcW w:w="3570" w:type="dxa"/>
            <w:shd w:val="clear" w:color="auto" w:fill="F6F4EF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D5B2BF3" w14:textId="77777777" w:rsidR="00033305" w:rsidRDefault="00000000">
            <w:pPr>
              <w:jc w:val="center"/>
            </w:pPr>
            <w:r>
              <w:rPr>
                <w:b/>
                <w:color w:val="1D2D37"/>
                <w:sz w:val="16"/>
              </w:rPr>
              <w:t>Standards HACCP / QHSE &amp; qualité</w:t>
            </w:r>
          </w:p>
        </w:tc>
        <w:tc>
          <w:tcPr>
            <w:tcW w:w="3570" w:type="dxa"/>
            <w:shd w:val="clear" w:color="auto" w:fill="F6F4EF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DB1F03A" w14:textId="77777777" w:rsidR="00033305" w:rsidRDefault="00000000">
            <w:pPr>
              <w:jc w:val="center"/>
            </w:pPr>
            <w:r>
              <w:rPr>
                <w:b/>
                <w:color w:val="1D2D37"/>
                <w:sz w:val="16"/>
              </w:rPr>
              <w:t>Ouvertures, concepts &amp; formation internationale</w:t>
            </w:r>
          </w:p>
        </w:tc>
      </w:tr>
    </w:tbl>
    <w:p w14:paraId="36B1685F" w14:textId="77777777" w:rsidR="00033305" w:rsidRDefault="00000000">
      <w:pPr>
        <w:pStyle w:val="Titre1"/>
      </w:pPr>
      <w:r>
        <w:t>EXPÉRIENCES SÉLECTIONNÉES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033305" w14:paraId="7B20C8B9" w14:textId="77777777">
        <w:trPr>
          <w:jc w:val="center"/>
        </w:trPr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DCE8A" w14:textId="77777777" w:rsidR="00033305" w:rsidRPr="00D15C0B" w:rsidRDefault="00000000">
            <w:pPr>
              <w:spacing w:after="0"/>
              <w:rPr>
                <w:lang w:val="fr-FR"/>
              </w:rPr>
            </w:pPr>
            <w:r w:rsidRPr="00D15C0B">
              <w:rPr>
                <w:b/>
                <w:color w:val="1D2D37"/>
                <w:sz w:val="19"/>
                <w:lang w:val="fr-FR"/>
              </w:rPr>
              <w:t>Chef exécutif de cuisine / Chef pâtissier</w:t>
            </w:r>
          </w:p>
          <w:p w14:paraId="79E96FA7" w14:textId="0CC64CEF" w:rsidR="00033305" w:rsidRPr="00D15C0B" w:rsidRDefault="00000000">
            <w:pPr>
              <w:spacing w:after="10"/>
              <w:rPr>
                <w:lang w:val="fr-FR"/>
              </w:rPr>
            </w:pPr>
            <w:r w:rsidRPr="00D15C0B">
              <w:rPr>
                <w:i/>
                <w:sz w:val="16"/>
                <w:lang w:val="fr-FR"/>
              </w:rPr>
              <w:t xml:space="preserve">CJC </w:t>
            </w:r>
            <w:proofErr w:type="spellStart"/>
            <w:r w:rsidRPr="00D15C0B">
              <w:rPr>
                <w:i/>
                <w:sz w:val="16"/>
                <w:lang w:val="fr-FR"/>
              </w:rPr>
              <w:t>Kréations</w:t>
            </w:r>
            <w:proofErr w:type="spellEnd"/>
            <w:r w:rsidRPr="00D15C0B">
              <w:rPr>
                <w:i/>
                <w:sz w:val="16"/>
                <w:lang w:val="fr-FR"/>
              </w:rPr>
              <w:t xml:space="preserve"> - Consultant Hôtellerie/Restauration</w:t>
            </w:r>
          </w:p>
        </w:tc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D4C9D" w14:textId="77777777" w:rsidR="00033305" w:rsidRDefault="00000000">
            <w:pPr>
              <w:jc w:val="right"/>
            </w:pPr>
            <w:r>
              <w:rPr>
                <w:b/>
                <w:color w:val="586065"/>
              </w:rPr>
              <w:t xml:space="preserve">02/2025 - </w:t>
            </w:r>
            <w:proofErr w:type="spellStart"/>
            <w:r>
              <w:rPr>
                <w:b/>
                <w:color w:val="586065"/>
              </w:rPr>
              <w:t>aujourd’hui</w:t>
            </w:r>
            <w:proofErr w:type="spellEnd"/>
          </w:p>
        </w:tc>
      </w:tr>
    </w:tbl>
    <w:p w14:paraId="33C1490F" w14:textId="77777777" w:rsidR="00033305" w:rsidRPr="00D15C0B" w:rsidRDefault="00000000">
      <w:pPr>
        <w:pStyle w:val="Listepuces"/>
        <w:spacing w:after="14"/>
        <w:ind w:left="255" w:hanging="113"/>
        <w:rPr>
          <w:lang w:val="fr-FR"/>
        </w:rPr>
      </w:pPr>
      <w:r w:rsidRPr="00D15C0B">
        <w:rPr>
          <w:lang w:val="fr-FR"/>
        </w:rPr>
        <w:t>Conseil auprès d’acteurs de l’hôtellerie-restauration : positionnement culinaire, création de cartes, organisation des cuisines, achats, stocks et fournisseurs.</w:t>
      </w:r>
    </w:p>
    <w:p w14:paraId="191C9500" w14:textId="77777777" w:rsidR="00033305" w:rsidRPr="00D15C0B" w:rsidRDefault="00000000">
      <w:pPr>
        <w:pStyle w:val="Listepuces"/>
        <w:spacing w:after="14"/>
        <w:ind w:left="255" w:hanging="113"/>
        <w:rPr>
          <w:lang w:val="fr-FR"/>
        </w:rPr>
      </w:pPr>
      <w:r w:rsidRPr="00D15C0B">
        <w:rPr>
          <w:lang w:val="fr-FR"/>
        </w:rPr>
        <w:t>Accompagnement des brigades sur la qualité, la formation, l’hygiène et l’optimisation des coûts.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033305" w14:paraId="4CBBDD3A" w14:textId="77777777">
        <w:trPr>
          <w:jc w:val="center"/>
        </w:trPr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CDE97" w14:textId="1ACA995A" w:rsidR="00033305" w:rsidRPr="00D15C0B" w:rsidRDefault="00000000">
            <w:pPr>
              <w:spacing w:after="0"/>
              <w:rPr>
                <w:lang w:val="fr-FR"/>
              </w:rPr>
            </w:pPr>
            <w:r w:rsidRPr="00D15C0B">
              <w:rPr>
                <w:b/>
                <w:color w:val="1D2D37"/>
                <w:sz w:val="19"/>
                <w:lang w:val="fr-FR"/>
              </w:rPr>
              <w:t>Chef exécutif cuisinier / Chef pâtissier</w:t>
            </w:r>
            <w:r w:rsidR="00D15C0B">
              <w:rPr>
                <w:b/>
                <w:color w:val="1D2D37"/>
                <w:sz w:val="19"/>
                <w:lang w:val="fr-FR"/>
              </w:rPr>
              <w:t xml:space="preserve"> saisonnier</w:t>
            </w:r>
          </w:p>
          <w:p w14:paraId="4F442C88" w14:textId="77777777" w:rsidR="00033305" w:rsidRPr="00D15C0B" w:rsidRDefault="00000000">
            <w:pPr>
              <w:spacing w:after="10"/>
              <w:rPr>
                <w:lang w:val="fr-FR"/>
              </w:rPr>
            </w:pPr>
            <w:r w:rsidRPr="00D15C0B">
              <w:rPr>
                <w:i/>
                <w:sz w:val="16"/>
                <w:lang w:val="fr-FR"/>
              </w:rPr>
              <w:t>IHG InterContinental Chantilly - Château Mont Royal - Chantilly</w:t>
            </w:r>
          </w:p>
        </w:tc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D49FB" w14:textId="77777777" w:rsidR="00033305" w:rsidRDefault="00000000">
            <w:pPr>
              <w:jc w:val="right"/>
            </w:pPr>
            <w:r>
              <w:rPr>
                <w:b/>
                <w:color w:val="586065"/>
              </w:rPr>
              <w:t>08/2024 - 02/2025</w:t>
            </w:r>
          </w:p>
        </w:tc>
      </w:tr>
    </w:tbl>
    <w:p w14:paraId="5E22D901" w14:textId="77777777" w:rsidR="00033305" w:rsidRPr="00D15C0B" w:rsidRDefault="00000000">
      <w:pPr>
        <w:pStyle w:val="Listepuces"/>
        <w:spacing w:after="14"/>
        <w:ind w:left="255" w:hanging="113"/>
        <w:rPr>
          <w:lang w:val="fr-FR"/>
        </w:rPr>
      </w:pPr>
      <w:r w:rsidRPr="00D15C0B">
        <w:rPr>
          <w:lang w:val="fr-FR"/>
        </w:rPr>
        <w:t>Direction d’une brigade d’environ 20 personnes sur les activités banquets, bistronomie et gastronomie.</w:t>
      </w:r>
    </w:p>
    <w:p w14:paraId="79EBDA85" w14:textId="77777777" w:rsidR="00033305" w:rsidRPr="00D15C0B" w:rsidRDefault="00000000">
      <w:pPr>
        <w:pStyle w:val="Listepuces"/>
        <w:spacing w:after="14"/>
        <w:ind w:left="255" w:hanging="113"/>
        <w:rPr>
          <w:lang w:val="fr-FR"/>
        </w:rPr>
      </w:pPr>
      <w:r w:rsidRPr="00D15C0B">
        <w:rPr>
          <w:lang w:val="fr-FR"/>
        </w:rPr>
        <w:t>Création des cartes cuisine/pâtisserie ; production jusqu’à 400 convives en banquet, 80-100 en bistronomie et 30-40 en gastronomie.</w:t>
      </w:r>
    </w:p>
    <w:p w14:paraId="682B1461" w14:textId="77777777" w:rsidR="00033305" w:rsidRPr="00D15C0B" w:rsidRDefault="00000000">
      <w:pPr>
        <w:pStyle w:val="Listepuces"/>
        <w:spacing w:after="14"/>
        <w:ind w:left="255" w:hanging="113"/>
        <w:rPr>
          <w:lang w:val="fr-FR"/>
        </w:rPr>
      </w:pPr>
      <w:r w:rsidRPr="00D15C0B">
        <w:rPr>
          <w:lang w:val="fr-FR"/>
        </w:rPr>
        <w:t>Pilotage des ratios et budgets, approvisionnements, formation des équipes et standards de qualité.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033305" w14:paraId="224364B5" w14:textId="77777777">
        <w:trPr>
          <w:jc w:val="center"/>
        </w:trPr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9B503" w14:textId="3E975C56" w:rsidR="00033305" w:rsidRPr="00D15C0B" w:rsidRDefault="00000000">
            <w:pPr>
              <w:spacing w:after="0"/>
              <w:rPr>
                <w:lang w:val="fr-FR"/>
              </w:rPr>
            </w:pPr>
            <w:r w:rsidRPr="00D15C0B">
              <w:rPr>
                <w:b/>
                <w:color w:val="1D2D37"/>
                <w:sz w:val="19"/>
                <w:lang w:val="fr-FR"/>
              </w:rPr>
              <w:t>Chef exécutif cuisinier / Chef pâtissier</w:t>
            </w:r>
            <w:r w:rsidR="00D15C0B">
              <w:rPr>
                <w:b/>
                <w:color w:val="1D2D37"/>
                <w:sz w:val="19"/>
                <w:lang w:val="fr-FR"/>
              </w:rPr>
              <w:t xml:space="preserve"> consulting</w:t>
            </w:r>
          </w:p>
          <w:p w14:paraId="0A6223E3" w14:textId="77777777" w:rsidR="00033305" w:rsidRPr="00D15C0B" w:rsidRDefault="00000000">
            <w:pPr>
              <w:spacing w:after="10"/>
              <w:rPr>
                <w:lang w:val="fr-FR"/>
              </w:rPr>
            </w:pPr>
            <w:r w:rsidRPr="00D15C0B">
              <w:rPr>
                <w:i/>
                <w:sz w:val="16"/>
                <w:lang w:val="fr-FR"/>
              </w:rPr>
              <w:t>Atelier des Quais - Cognac</w:t>
            </w:r>
          </w:p>
        </w:tc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76F3D" w14:textId="77777777" w:rsidR="00033305" w:rsidRDefault="00000000">
            <w:pPr>
              <w:jc w:val="right"/>
            </w:pPr>
            <w:r>
              <w:rPr>
                <w:b/>
                <w:color w:val="586065"/>
              </w:rPr>
              <w:t>03/2023 - 08/2024</w:t>
            </w:r>
          </w:p>
        </w:tc>
      </w:tr>
    </w:tbl>
    <w:p w14:paraId="0E7B3CD0" w14:textId="77777777" w:rsidR="00033305" w:rsidRPr="00D15C0B" w:rsidRDefault="00000000">
      <w:pPr>
        <w:pStyle w:val="Listepuces"/>
        <w:spacing w:after="14"/>
        <w:ind w:left="255" w:hanging="113"/>
        <w:rPr>
          <w:lang w:val="fr-FR"/>
        </w:rPr>
      </w:pPr>
      <w:r w:rsidRPr="00D15C0B">
        <w:rPr>
          <w:lang w:val="fr-FR"/>
        </w:rPr>
        <w:t>Management d’environ 15 collaborateurs ; activité banquet, bistronomique et gastronomique jusqu’à 130 couverts.</w:t>
      </w:r>
    </w:p>
    <w:p w14:paraId="28D8AEDC" w14:textId="77777777" w:rsidR="00033305" w:rsidRPr="00D15C0B" w:rsidRDefault="00000000">
      <w:pPr>
        <w:pStyle w:val="Listepuces"/>
        <w:spacing w:after="14"/>
        <w:ind w:left="255" w:hanging="113"/>
        <w:rPr>
          <w:lang w:val="fr-FR"/>
        </w:rPr>
      </w:pPr>
      <w:r w:rsidRPr="00D15C0B">
        <w:rPr>
          <w:lang w:val="fr-FR"/>
        </w:rPr>
        <w:t>Refonte des cartes et animations culinaires, formation cuisine/pâtisserie, gestion des ratios et du budget.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033305" w14:paraId="4E53DFAE" w14:textId="77777777">
        <w:trPr>
          <w:jc w:val="center"/>
        </w:trPr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909B6" w14:textId="21131A9C" w:rsidR="00033305" w:rsidRPr="00D15C0B" w:rsidRDefault="00000000">
            <w:pPr>
              <w:spacing w:after="0"/>
              <w:rPr>
                <w:lang w:val="fr-FR"/>
              </w:rPr>
            </w:pPr>
            <w:r w:rsidRPr="00D15C0B">
              <w:rPr>
                <w:b/>
                <w:color w:val="1D2D37"/>
                <w:sz w:val="19"/>
                <w:lang w:val="fr-FR"/>
              </w:rPr>
              <w:t>Chef exécutif cuisinier / Chef pâtissier</w:t>
            </w:r>
            <w:r w:rsidR="00D15C0B">
              <w:rPr>
                <w:b/>
                <w:color w:val="1D2D37"/>
                <w:sz w:val="19"/>
                <w:lang w:val="fr-FR"/>
              </w:rPr>
              <w:t xml:space="preserve"> saisonnier</w:t>
            </w:r>
          </w:p>
          <w:p w14:paraId="24B65227" w14:textId="77777777" w:rsidR="00033305" w:rsidRPr="00D15C0B" w:rsidRDefault="00000000">
            <w:pPr>
              <w:spacing w:after="10"/>
              <w:rPr>
                <w:lang w:val="fr-FR"/>
              </w:rPr>
            </w:pPr>
            <w:r w:rsidRPr="00D15C0B">
              <w:rPr>
                <w:i/>
                <w:sz w:val="16"/>
                <w:lang w:val="fr-FR"/>
              </w:rPr>
              <w:t>Hôtel Le Val Thorens - Groupe Beaumier, 4★ - Val Thorens</w:t>
            </w:r>
          </w:p>
        </w:tc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A5D24" w14:textId="77777777" w:rsidR="00033305" w:rsidRDefault="00000000">
            <w:pPr>
              <w:jc w:val="right"/>
            </w:pPr>
            <w:r>
              <w:rPr>
                <w:b/>
                <w:color w:val="586065"/>
              </w:rPr>
              <w:t>11/2022 - 03/2023</w:t>
            </w:r>
          </w:p>
        </w:tc>
      </w:tr>
    </w:tbl>
    <w:p w14:paraId="02B8F97F" w14:textId="77777777" w:rsidR="00033305" w:rsidRPr="00D15C0B" w:rsidRDefault="00000000">
      <w:pPr>
        <w:pStyle w:val="Listepuces"/>
        <w:spacing w:after="14"/>
        <w:ind w:left="255" w:hanging="113"/>
        <w:rPr>
          <w:lang w:val="fr-FR"/>
        </w:rPr>
      </w:pPr>
      <w:r w:rsidRPr="00D15C0B">
        <w:rPr>
          <w:lang w:val="fr-FR"/>
        </w:rPr>
        <w:t>Coordination d’une équipe d’environ 40 personnes et création des offres banquets et bistronomiques.</w:t>
      </w:r>
    </w:p>
    <w:p w14:paraId="0D482F91" w14:textId="77777777" w:rsidR="00033305" w:rsidRPr="00D15C0B" w:rsidRDefault="00000000">
      <w:pPr>
        <w:pStyle w:val="Listepuces"/>
        <w:spacing w:after="14"/>
        <w:ind w:left="255" w:hanging="113"/>
        <w:rPr>
          <w:lang w:val="fr-FR"/>
        </w:rPr>
      </w:pPr>
      <w:r w:rsidRPr="00D15C0B">
        <w:rPr>
          <w:lang w:val="fr-FR"/>
        </w:rPr>
        <w:t>Déploiement de nouveaux concepts, gestion des stocks et fournisseurs, formation et contrôle HACCP/QHSE.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033305" w14:paraId="71CFEDD9" w14:textId="77777777">
        <w:trPr>
          <w:jc w:val="center"/>
        </w:trPr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58A86" w14:textId="77777777" w:rsidR="00033305" w:rsidRPr="00D15C0B" w:rsidRDefault="00000000">
            <w:pPr>
              <w:spacing w:after="0"/>
              <w:rPr>
                <w:lang w:val="fr-FR"/>
              </w:rPr>
            </w:pPr>
            <w:r w:rsidRPr="00D15C0B">
              <w:rPr>
                <w:b/>
                <w:color w:val="1D2D37"/>
                <w:sz w:val="19"/>
                <w:lang w:val="fr-FR"/>
              </w:rPr>
              <w:t>Chef cuisinier</w:t>
            </w:r>
          </w:p>
          <w:p w14:paraId="5DAFEDAB" w14:textId="274EC909" w:rsidR="00033305" w:rsidRPr="00D15C0B" w:rsidRDefault="00000000">
            <w:pPr>
              <w:spacing w:after="10"/>
              <w:rPr>
                <w:lang w:val="fr-FR"/>
              </w:rPr>
            </w:pPr>
            <w:r w:rsidRPr="00D15C0B">
              <w:rPr>
                <w:i/>
                <w:sz w:val="16"/>
                <w:lang w:val="fr-FR"/>
              </w:rPr>
              <w:t>Hôtel Chais Monnet</w:t>
            </w:r>
            <w:r w:rsidR="00D15C0B" w:rsidRPr="00D15C0B">
              <w:rPr>
                <w:i/>
                <w:sz w:val="16"/>
                <w:lang w:val="fr-FR"/>
              </w:rPr>
              <w:t xml:space="preserve">4★ </w:t>
            </w:r>
            <w:r w:rsidR="00D15C0B" w:rsidRPr="00D15C0B">
              <w:rPr>
                <w:i/>
                <w:sz w:val="16"/>
                <w:lang w:val="fr-FR"/>
              </w:rPr>
              <w:t>5</w:t>
            </w:r>
            <w:r w:rsidRPr="00D15C0B">
              <w:rPr>
                <w:i/>
                <w:sz w:val="16"/>
                <w:lang w:val="fr-FR"/>
              </w:rPr>
              <w:t xml:space="preserve"> - Cognac</w:t>
            </w:r>
          </w:p>
        </w:tc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D9027" w14:textId="77777777" w:rsidR="00033305" w:rsidRDefault="00000000">
            <w:pPr>
              <w:jc w:val="right"/>
            </w:pPr>
            <w:r>
              <w:rPr>
                <w:b/>
                <w:color w:val="586065"/>
              </w:rPr>
              <w:t>06/2022 - 10/2022</w:t>
            </w:r>
          </w:p>
        </w:tc>
      </w:tr>
    </w:tbl>
    <w:p w14:paraId="50E49B30" w14:textId="77777777" w:rsidR="00033305" w:rsidRPr="00D15C0B" w:rsidRDefault="00000000">
      <w:pPr>
        <w:pStyle w:val="Listepuces"/>
        <w:spacing w:after="14"/>
        <w:ind w:left="255" w:hanging="113"/>
        <w:rPr>
          <w:lang w:val="fr-FR"/>
        </w:rPr>
      </w:pPr>
      <w:r w:rsidRPr="00D15C0B">
        <w:rPr>
          <w:lang w:val="fr-FR"/>
        </w:rPr>
        <w:t>Encadrement d’environ 12 personnes dans un environnement hôtelier comprenant une offre étoilée Michelin.</w:t>
      </w:r>
    </w:p>
    <w:p w14:paraId="6D2255EE" w14:textId="77777777" w:rsidR="00033305" w:rsidRPr="00D15C0B" w:rsidRDefault="00000000">
      <w:pPr>
        <w:pStyle w:val="Listepuces"/>
        <w:spacing w:after="14"/>
        <w:ind w:left="255" w:hanging="113"/>
        <w:rPr>
          <w:lang w:val="fr-FR"/>
        </w:rPr>
      </w:pPr>
      <w:r w:rsidRPr="00D15C0B">
        <w:rPr>
          <w:lang w:val="fr-FR"/>
        </w:rPr>
        <w:t>Création de cartes et animations traiteur ; développement des achats locaux et maîtrise des coûts.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033305" w14:paraId="1FA1C843" w14:textId="77777777">
        <w:trPr>
          <w:jc w:val="center"/>
        </w:trPr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76EF7" w14:textId="350FB27B" w:rsidR="00033305" w:rsidRPr="00D15C0B" w:rsidRDefault="00000000">
            <w:pPr>
              <w:spacing w:after="0"/>
              <w:rPr>
                <w:lang w:val="fr-FR"/>
              </w:rPr>
            </w:pPr>
            <w:r w:rsidRPr="00D15C0B">
              <w:rPr>
                <w:b/>
                <w:color w:val="1D2D37"/>
                <w:sz w:val="19"/>
                <w:lang w:val="fr-FR"/>
              </w:rPr>
              <w:t>Chef exécutif</w:t>
            </w:r>
            <w:r w:rsidR="00D15C0B">
              <w:rPr>
                <w:b/>
                <w:color w:val="1D2D37"/>
                <w:sz w:val="19"/>
                <w:lang w:val="fr-FR"/>
              </w:rPr>
              <w:t xml:space="preserve"> saisonnier</w:t>
            </w:r>
          </w:p>
          <w:p w14:paraId="2478DBF7" w14:textId="1A1C02DA" w:rsidR="00033305" w:rsidRPr="00D15C0B" w:rsidRDefault="00000000">
            <w:pPr>
              <w:spacing w:after="10"/>
            </w:pPr>
            <w:r w:rsidRPr="00D15C0B">
              <w:rPr>
                <w:i/>
                <w:sz w:val="16"/>
              </w:rPr>
              <w:t>Sofitel Golf &amp; Spa Ajaccio</w:t>
            </w:r>
            <w:r w:rsidR="00D15C0B">
              <w:rPr>
                <w:i/>
                <w:sz w:val="16"/>
              </w:rPr>
              <w:t xml:space="preserve"> </w:t>
            </w:r>
            <w:r w:rsidR="00D15C0B">
              <w:rPr>
                <w:i/>
                <w:sz w:val="16"/>
              </w:rPr>
              <w:t>★</w:t>
            </w:r>
            <w:r w:rsidR="00D15C0B">
              <w:rPr>
                <w:i/>
                <w:sz w:val="16"/>
              </w:rPr>
              <w:t xml:space="preserve"> 5</w:t>
            </w:r>
            <w:r w:rsidR="00D15C0B">
              <w:rPr>
                <w:i/>
                <w:sz w:val="16"/>
              </w:rPr>
              <w:t xml:space="preserve"> </w:t>
            </w:r>
            <w:r w:rsidRPr="00D15C0B">
              <w:rPr>
                <w:i/>
                <w:sz w:val="16"/>
              </w:rPr>
              <w:t xml:space="preserve"> - Ajaccio</w:t>
            </w:r>
          </w:p>
        </w:tc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B4B3A" w14:textId="77777777" w:rsidR="00033305" w:rsidRDefault="00000000">
            <w:pPr>
              <w:jc w:val="right"/>
            </w:pPr>
            <w:r>
              <w:rPr>
                <w:b/>
                <w:color w:val="586065"/>
              </w:rPr>
              <w:t>02/2018 - 03/2019</w:t>
            </w:r>
          </w:p>
        </w:tc>
      </w:tr>
    </w:tbl>
    <w:p w14:paraId="1C8C842A" w14:textId="77777777" w:rsidR="00033305" w:rsidRPr="00D15C0B" w:rsidRDefault="00000000">
      <w:pPr>
        <w:pStyle w:val="Listepuces"/>
        <w:spacing w:after="14"/>
        <w:ind w:left="255" w:hanging="113"/>
        <w:rPr>
          <w:lang w:val="fr-FR"/>
        </w:rPr>
      </w:pPr>
      <w:r w:rsidRPr="00D15C0B">
        <w:rPr>
          <w:lang w:val="fr-FR"/>
        </w:rPr>
        <w:t>Pilotage de l’offre cuisine et desserts, formation des équipes, fournisseurs, HACCP/QHSE et maîtrise des coûts.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033305" w14:paraId="22FF3DC6" w14:textId="77777777">
        <w:trPr>
          <w:jc w:val="center"/>
        </w:trPr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70038" w14:textId="77777777" w:rsidR="00033305" w:rsidRPr="00D15C0B" w:rsidRDefault="00000000">
            <w:pPr>
              <w:spacing w:after="0"/>
              <w:rPr>
                <w:lang w:val="fr-FR"/>
              </w:rPr>
            </w:pPr>
            <w:r w:rsidRPr="00D15C0B">
              <w:rPr>
                <w:b/>
                <w:color w:val="1D2D37"/>
                <w:sz w:val="19"/>
                <w:lang w:val="fr-FR"/>
              </w:rPr>
              <w:t>Chef exécutif</w:t>
            </w:r>
          </w:p>
          <w:p w14:paraId="689050B0" w14:textId="15E25487" w:rsidR="00033305" w:rsidRPr="00D15C0B" w:rsidRDefault="00000000">
            <w:pPr>
              <w:spacing w:after="10"/>
              <w:rPr>
                <w:lang w:val="fr-FR"/>
              </w:rPr>
            </w:pPr>
            <w:r w:rsidRPr="00D15C0B">
              <w:rPr>
                <w:i/>
                <w:sz w:val="16"/>
                <w:lang w:val="fr-FR"/>
              </w:rPr>
              <w:t>Relais &amp; Châteaux Soldat de l’An II -</w:t>
            </w:r>
            <w:r w:rsidR="00D15C0B" w:rsidRPr="00D15C0B">
              <w:rPr>
                <w:i/>
                <w:sz w:val="16"/>
                <w:lang w:val="fr-FR"/>
              </w:rPr>
              <w:t>1★ Michelin</w:t>
            </w:r>
            <w:r w:rsidR="00D15C0B">
              <w:rPr>
                <w:i/>
                <w:sz w:val="16"/>
                <w:lang w:val="fr-FR"/>
              </w:rPr>
              <w:t>-</w:t>
            </w:r>
            <w:r w:rsidRPr="00D15C0B">
              <w:rPr>
                <w:i/>
                <w:sz w:val="16"/>
                <w:lang w:val="fr-FR"/>
              </w:rPr>
              <w:t xml:space="preserve"> Phalsbourg</w:t>
            </w:r>
          </w:p>
        </w:tc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462CE" w14:textId="77777777" w:rsidR="00033305" w:rsidRDefault="00000000">
            <w:pPr>
              <w:jc w:val="right"/>
            </w:pPr>
            <w:r>
              <w:rPr>
                <w:b/>
                <w:color w:val="586065"/>
              </w:rPr>
              <w:t>02/2017 - 02/2018</w:t>
            </w:r>
          </w:p>
        </w:tc>
      </w:tr>
    </w:tbl>
    <w:p w14:paraId="34F18C9A" w14:textId="77777777" w:rsidR="00033305" w:rsidRPr="00D15C0B" w:rsidRDefault="00000000">
      <w:pPr>
        <w:pStyle w:val="Listepuces"/>
        <w:spacing w:after="14"/>
        <w:ind w:left="255" w:hanging="113"/>
        <w:rPr>
          <w:lang w:val="fr-FR"/>
        </w:rPr>
      </w:pPr>
      <w:r w:rsidRPr="00D15C0B">
        <w:rPr>
          <w:lang w:val="fr-FR"/>
        </w:rPr>
        <w:t>Coordination d’environ 25 personnes pour gastronomie, banquets et traiteur ; création des cartes cuisine et pâtisserie.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033305" w14:paraId="7B95A044" w14:textId="77777777">
        <w:trPr>
          <w:jc w:val="center"/>
        </w:trPr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BC836" w14:textId="730E697B" w:rsidR="00033305" w:rsidRPr="00D15C0B" w:rsidRDefault="00000000" w:rsidP="00D15C0B">
            <w:pPr>
              <w:tabs>
                <w:tab w:val="center" w:pos="2677"/>
              </w:tabs>
              <w:spacing w:after="0"/>
              <w:rPr>
                <w:lang w:val="fr-FR"/>
              </w:rPr>
            </w:pPr>
            <w:r w:rsidRPr="00D15C0B">
              <w:rPr>
                <w:b/>
                <w:color w:val="1D2D37"/>
                <w:sz w:val="19"/>
                <w:lang w:val="fr-FR"/>
              </w:rPr>
              <w:t>Chef pâtissier exécutif</w:t>
            </w:r>
            <w:r w:rsidR="00D15C0B">
              <w:rPr>
                <w:b/>
                <w:color w:val="1D2D37"/>
                <w:sz w:val="19"/>
                <w:lang w:val="fr-FR"/>
              </w:rPr>
              <w:t xml:space="preserve"> saisonnier</w:t>
            </w:r>
            <w:r w:rsidR="00D15C0B">
              <w:rPr>
                <w:b/>
                <w:color w:val="1D2D37"/>
                <w:sz w:val="19"/>
                <w:lang w:val="fr-FR"/>
              </w:rPr>
              <w:tab/>
              <w:t xml:space="preserve"> </w:t>
            </w:r>
          </w:p>
          <w:p w14:paraId="262C9869" w14:textId="77777777" w:rsidR="00033305" w:rsidRPr="00D15C0B" w:rsidRDefault="00000000">
            <w:pPr>
              <w:spacing w:after="10"/>
              <w:rPr>
                <w:lang w:val="fr-FR"/>
              </w:rPr>
            </w:pPr>
            <w:r w:rsidRPr="00D15C0B">
              <w:rPr>
                <w:i/>
                <w:sz w:val="16"/>
                <w:lang w:val="fr-FR"/>
              </w:rPr>
              <w:t>Hôtel La Coquillade - 1★ Michelin - Gargas</w:t>
            </w:r>
          </w:p>
        </w:tc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FB0FD" w14:textId="77777777" w:rsidR="00033305" w:rsidRDefault="00000000">
            <w:pPr>
              <w:jc w:val="right"/>
            </w:pPr>
            <w:r>
              <w:rPr>
                <w:b/>
                <w:color w:val="586065"/>
              </w:rPr>
              <w:t>05/2016 - 02/2017</w:t>
            </w:r>
          </w:p>
        </w:tc>
      </w:tr>
    </w:tbl>
    <w:p w14:paraId="3632400C" w14:textId="77777777" w:rsidR="00033305" w:rsidRPr="00D15C0B" w:rsidRDefault="00000000">
      <w:pPr>
        <w:pStyle w:val="Listepuces"/>
        <w:spacing w:after="14"/>
        <w:ind w:left="255" w:hanging="113"/>
        <w:rPr>
          <w:lang w:val="fr-FR"/>
        </w:rPr>
      </w:pPr>
      <w:r w:rsidRPr="00D15C0B">
        <w:rPr>
          <w:lang w:val="fr-FR"/>
        </w:rPr>
        <w:t>Management d’environ 10 personnes, création des cartes et formation ; contribution au maintien de l’étoile Michelin.</w:t>
      </w:r>
    </w:p>
    <w:p w14:paraId="40CFE334" w14:textId="77777777" w:rsidR="00033305" w:rsidRPr="00D15C0B" w:rsidRDefault="00000000">
      <w:pPr>
        <w:rPr>
          <w:lang w:val="fr-FR"/>
        </w:rPr>
      </w:pPr>
      <w:r w:rsidRPr="00D15C0B">
        <w:rPr>
          <w:lang w:val="fr-FR"/>
        </w:rPr>
        <w:br w:type="page"/>
      </w:r>
    </w:p>
    <w:p w14:paraId="024C0960" w14:textId="77777777" w:rsidR="00033305" w:rsidRDefault="00000000">
      <w:pPr>
        <w:pStyle w:val="Titre1"/>
      </w:pPr>
      <w:r>
        <w:lastRenderedPageBreak/>
        <w:t>PARCOURS LUXE &amp; INTERNATIONAL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033305" w14:paraId="28038A43" w14:textId="77777777">
        <w:trPr>
          <w:jc w:val="center"/>
        </w:trPr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0664A" w14:textId="77777777" w:rsidR="00033305" w:rsidRPr="00D15C0B" w:rsidRDefault="00000000">
            <w:pPr>
              <w:spacing w:after="0"/>
              <w:rPr>
                <w:lang w:val="fr-FR"/>
              </w:rPr>
            </w:pPr>
            <w:r w:rsidRPr="00D15C0B">
              <w:rPr>
                <w:b/>
                <w:color w:val="1D2D37"/>
                <w:sz w:val="19"/>
                <w:lang w:val="fr-FR"/>
              </w:rPr>
              <w:t>Chef cuisine / Chef pâtissier</w:t>
            </w:r>
          </w:p>
          <w:p w14:paraId="22310A7D" w14:textId="77777777" w:rsidR="00033305" w:rsidRPr="00D15C0B" w:rsidRDefault="00000000">
            <w:pPr>
              <w:spacing w:after="10"/>
              <w:rPr>
                <w:lang w:val="fr-FR"/>
              </w:rPr>
            </w:pPr>
            <w:r w:rsidRPr="00D15C0B">
              <w:rPr>
                <w:i/>
                <w:sz w:val="16"/>
                <w:lang w:val="fr-FR"/>
              </w:rPr>
              <w:t>The Glorious Restaurant - 1★ Michelin - Anvers</w:t>
            </w:r>
          </w:p>
        </w:tc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C3394" w14:textId="121490DE" w:rsidR="00033305" w:rsidRDefault="00000000">
            <w:pPr>
              <w:jc w:val="right"/>
            </w:pPr>
            <w:r>
              <w:rPr>
                <w:b/>
                <w:color w:val="586065"/>
              </w:rPr>
              <w:t>05/201</w:t>
            </w:r>
            <w:r w:rsidR="00D15C0B">
              <w:rPr>
                <w:b/>
                <w:color w:val="586065"/>
              </w:rPr>
              <w:t>4</w:t>
            </w:r>
            <w:r>
              <w:rPr>
                <w:b/>
                <w:color w:val="586065"/>
              </w:rPr>
              <w:t>- 05/2016</w:t>
            </w:r>
          </w:p>
        </w:tc>
      </w:tr>
    </w:tbl>
    <w:p w14:paraId="2ADBE97C" w14:textId="77777777" w:rsidR="00033305" w:rsidRPr="00D15C0B" w:rsidRDefault="00000000">
      <w:pPr>
        <w:pStyle w:val="Listepuces"/>
        <w:spacing w:after="14"/>
        <w:ind w:left="255" w:hanging="113"/>
        <w:rPr>
          <w:lang w:val="fr-FR"/>
        </w:rPr>
      </w:pPr>
      <w:r w:rsidRPr="00D15C0B">
        <w:rPr>
          <w:lang w:val="fr-FR"/>
        </w:rPr>
        <w:t>Gestion de quatre pôles de service : banquet, gastronomie, bistro et restaurant italien ; coordination d’environ 10 personnes.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033305" w14:paraId="668FA600" w14:textId="77777777">
        <w:trPr>
          <w:jc w:val="center"/>
        </w:trPr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8F5EA" w14:textId="77777777" w:rsidR="00033305" w:rsidRPr="00D15C0B" w:rsidRDefault="00000000">
            <w:pPr>
              <w:spacing w:after="0"/>
              <w:rPr>
                <w:lang w:val="fr-FR"/>
              </w:rPr>
            </w:pPr>
            <w:r w:rsidRPr="00D15C0B">
              <w:rPr>
                <w:b/>
                <w:color w:val="1D2D37"/>
                <w:sz w:val="19"/>
                <w:lang w:val="fr-FR"/>
              </w:rPr>
              <w:t>Chef pâtissier</w:t>
            </w:r>
          </w:p>
          <w:p w14:paraId="741EF0DD" w14:textId="5DC2A305" w:rsidR="00033305" w:rsidRPr="00D15C0B" w:rsidRDefault="00000000">
            <w:pPr>
              <w:spacing w:after="10"/>
              <w:rPr>
                <w:lang w:val="fr-FR"/>
              </w:rPr>
            </w:pPr>
            <w:r w:rsidRPr="00D15C0B">
              <w:rPr>
                <w:i/>
                <w:sz w:val="16"/>
                <w:lang w:val="fr-FR"/>
              </w:rPr>
              <w:t xml:space="preserve">Hôtel Le Yéti </w:t>
            </w:r>
            <w:r w:rsidR="00D15C0B">
              <w:rPr>
                <w:i/>
                <w:sz w:val="16"/>
                <w:lang w:val="fr-FR"/>
              </w:rPr>
              <w:t>–</w:t>
            </w:r>
            <w:r w:rsidRPr="00D15C0B">
              <w:rPr>
                <w:i/>
                <w:sz w:val="16"/>
                <w:lang w:val="fr-FR"/>
              </w:rPr>
              <w:t xml:space="preserve"> </w:t>
            </w:r>
            <w:r w:rsidR="00D15C0B">
              <w:rPr>
                <w:i/>
                <w:sz w:val="16"/>
                <w:lang w:val="fr-FR"/>
              </w:rPr>
              <w:t xml:space="preserve">5 </w:t>
            </w:r>
            <w:r w:rsidRPr="00D15C0B">
              <w:rPr>
                <w:i/>
                <w:sz w:val="16"/>
                <w:lang w:val="fr-FR"/>
              </w:rPr>
              <w:t>★ luxe - Méribel</w:t>
            </w:r>
          </w:p>
        </w:tc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B4CD6" w14:textId="71E2B047" w:rsidR="00033305" w:rsidRDefault="00000000">
            <w:pPr>
              <w:jc w:val="right"/>
            </w:pPr>
            <w:r>
              <w:rPr>
                <w:b/>
                <w:color w:val="586065"/>
              </w:rPr>
              <w:t>12/2013 - 05/201</w:t>
            </w:r>
            <w:r w:rsidR="00D15C0B">
              <w:rPr>
                <w:b/>
                <w:color w:val="586065"/>
              </w:rPr>
              <w:t>4</w:t>
            </w:r>
          </w:p>
        </w:tc>
      </w:tr>
    </w:tbl>
    <w:p w14:paraId="2FE03C4C" w14:textId="77777777" w:rsidR="00033305" w:rsidRPr="00D15C0B" w:rsidRDefault="00000000">
      <w:pPr>
        <w:pStyle w:val="Listepuces"/>
        <w:spacing w:after="14"/>
        <w:ind w:left="255" w:hanging="113"/>
        <w:rPr>
          <w:lang w:val="fr-FR"/>
        </w:rPr>
      </w:pPr>
      <w:r w:rsidRPr="00D15C0B">
        <w:rPr>
          <w:lang w:val="fr-FR"/>
        </w:rPr>
        <w:t>Création de l’offre pâtisserie pour buffets, banquets, bistro et gastronomie ; organisation et formation des équipes.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033305" w14:paraId="0642020A" w14:textId="77777777">
        <w:trPr>
          <w:jc w:val="center"/>
        </w:trPr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5F179" w14:textId="77777777" w:rsidR="00033305" w:rsidRPr="00D15C0B" w:rsidRDefault="00000000">
            <w:pPr>
              <w:spacing w:after="0"/>
              <w:rPr>
                <w:lang w:val="fr-FR"/>
              </w:rPr>
            </w:pPr>
            <w:r w:rsidRPr="00D15C0B">
              <w:rPr>
                <w:b/>
                <w:color w:val="1D2D37"/>
                <w:sz w:val="19"/>
                <w:lang w:val="fr-FR"/>
              </w:rPr>
              <w:t>Chef exécutif de cuisine / Chef pâtissier</w:t>
            </w:r>
          </w:p>
          <w:p w14:paraId="6FBD7BD5" w14:textId="77777777" w:rsidR="00033305" w:rsidRPr="00D15C0B" w:rsidRDefault="00000000">
            <w:pPr>
              <w:spacing w:after="10"/>
              <w:rPr>
                <w:lang w:val="fr-FR"/>
              </w:rPr>
            </w:pPr>
            <w:proofErr w:type="spellStart"/>
            <w:r w:rsidRPr="00D15C0B">
              <w:rPr>
                <w:i/>
                <w:sz w:val="16"/>
                <w:lang w:val="fr-FR"/>
              </w:rPr>
              <w:t>Eciwine</w:t>
            </w:r>
            <w:proofErr w:type="spellEnd"/>
            <w:r w:rsidRPr="00D15C0B">
              <w:rPr>
                <w:i/>
                <w:sz w:val="16"/>
                <w:lang w:val="fr-FR"/>
              </w:rPr>
              <w:t xml:space="preserve"> </w:t>
            </w:r>
            <w:proofErr w:type="spellStart"/>
            <w:r w:rsidRPr="00D15C0B">
              <w:rPr>
                <w:i/>
                <w:sz w:val="16"/>
                <w:lang w:val="fr-FR"/>
              </w:rPr>
              <w:t>Cellar</w:t>
            </w:r>
            <w:proofErr w:type="spellEnd"/>
            <w:r w:rsidRPr="00D15C0B">
              <w:rPr>
                <w:i/>
                <w:sz w:val="16"/>
                <w:lang w:val="fr-FR"/>
              </w:rPr>
              <w:t xml:space="preserve"> Palace - Pierre Cardin - Hefei, Chine</w:t>
            </w:r>
          </w:p>
        </w:tc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48227" w14:textId="77777777" w:rsidR="00033305" w:rsidRDefault="00000000">
            <w:pPr>
              <w:jc w:val="right"/>
            </w:pPr>
            <w:r>
              <w:rPr>
                <w:b/>
                <w:color w:val="586065"/>
              </w:rPr>
              <w:t>11/2012 - 12/2013</w:t>
            </w:r>
          </w:p>
        </w:tc>
      </w:tr>
    </w:tbl>
    <w:p w14:paraId="2D54F461" w14:textId="77777777" w:rsidR="00033305" w:rsidRPr="00D15C0B" w:rsidRDefault="00000000">
      <w:pPr>
        <w:pStyle w:val="Listepuces"/>
        <w:spacing w:after="14"/>
        <w:ind w:left="255" w:hanging="113"/>
        <w:rPr>
          <w:lang w:val="fr-FR"/>
        </w:rPr>
      </w:pPr>
      <w:r w:rsidRPr="00D15C0B">
        <w:rPr>
          <w:lang w:val="fr-FR"/>
        </w:rPr>
        <w:t>Pilotage de l’ouverture des cuisines d’un restaurant français et d’une boutique de pâtisserie de luxe.</w:t>
      </w:r>
    </w:p>
    <w:p w14:paraId="2F2FF04D" w14:textId="77777777" w:rsidR="00033305" w:rsidRPr="00D15C0B" w:rsidRDefault="00000000">
      <w:pPr>
        <w:pStyle w:val="Listepuces"/>
        <w:spacing w:after="14"/>
        <w:ind w:left="255" w:hanging="113"/>
        <w:rPr>
          <w:lang w:val="fr-FR"/>
        </w:rPr>
      </w:pPr>
      <w:r w:rsidRPr="00D15C0B">
        <w:rPr>
          <w:lang w:val="fr-FR"/>
        </w:rPr>
        <w:t>Création des cartes, traiteur événementiel et formation d’une équipe internationale de 24 personnes (15 cuisine, 9 pâtisserie).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033305" w14:paraId="66E361D9" w14:textId="77777777">
        <w:trPr>
          <w:jc w:val="center"/>
        </w:trPr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28340" w14:textId="77777777" w:rsidR="00033305" w:rsidRPr="00D15C0B" w:rsidRDefault="00000000">
            <w:pPr>
              <w:spacing w:after="0"/>
              <w:rPr>
                <w:lang w:val="fr-FR"/>
              </w:rPr>
            </w:pPr>
            <w:r w:rsidRPr="00D15C0B">
              <w:rPr>
                <w:b/>
                <w:color w:val="1D2D37"/>
                <w:sz w:val="19"/>
                <w:lang w:val="fr-FR"/>
              </w:rPr>
              <w:t>Chef de cuisine / Chef pâtissier</w:t>
            </w:r>
          </w:p>
          <w:p w14:paraId="101220D2" w14:textId="77777777" w:rsidR="00033305" w:rsidRPr="00D15C0B" w:rsidRDefault="00000000">
            <w:pPr>
              <w:spacing w:after="10"/>
              <w:rPr>
                <w:lang w:val="fr-FR"/>
              </w:rPr>
            </w:pPr>
            <w:r w:rsidRPr="00D15C0B">
              <w:rPr>
                <w:i/>
                <w:sz w:val="16"/>
                <w:lang w:val="fr-FR"/>
              </w:rPr>
              <w:t>Château du Maréchal de Saxe - Relais &amp; Châteaux - France</w:t>
            </w:r>
          </w:p>
        </w:tc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1C15A" w14:textId="77777777" w:rsidR="00033305" w:rsidRDefault="00000000">
            <w:pPr>
              <w:jc w:val="right"/>
            </w:pPr>
            <w:r>
              <w:rPr>
                <w:b/>
                <w:color w:val="586065"/>
              </w:rPr>
              <w:t>01/2011 - 11/2012</w:t>
            </w:r>
          </w:p>
        </w:tc>
      </w:tr>
    </w:tbl>
    <w:p w14:paraId="3C2DBEF6" w14:textId="77777777" w:rsidR="00033305" w:rsidRPr="00D15C0B" w:rsidRDefault="00000000">
      <w:pPr>
        <w:pStyle w:val="Listepuces"/>
        <w:spacing w:after="14"/>
        <w:ind w:left="255" w:hanging="113"/>
        <w:rPr>
          <w:lang w:val="fr-FR"/>
        </w:rPr>
      </w:pPr>
      <w:r w:rsidRPr="00D15C0B">
        <w:rPr>
          <w:lang w:val="fr-FR"/>
        </w:rPr>
        <w:t>Direction et formation d’une équipe d’environ 8 personnes ; gastronomie, pâtisserie, traiteur, mariages et séminaires.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033305" w14:paraId="389ED8EB" w14:textId="77777777">
        <w:trPr>
          <w:jc w:val="center"/>
        </w:trPr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3CA3E" w14:textId="77777777" w:rsidR="00033305" w:rsidRPr="00D15C0B" w:rsidRDefault="00000000">
            <w:pPr>
              <w:spacing w:after="0"/>
              <w:rPr>
                <w:lang w:val="fr-FR"/>
              </w:rPr>
            </w:pPr>
            <w:r w:rsidRPr="00D15C0B">
              <w:rPr>
                <w:b/>
                <w:color w:val="1D2D37"/>
                <w:sz w:val="19"/>
                <w:lang w:val="fr-FR"/>
              </w:rPr>
              <w:t>Chef de cuisine</w:t>
            </w:r>
          </w:p>
          <w:p w14:paraId="2672956D" w14:textId="77777777" w:rsidR="00033305" w:rsidRPr="00D15C0B" w:rsidRDefault="00000000">
            <w:pPr>
              <w:spacing w:after="10"/>
              <w:rPr>
                <w:lang w:val="fr-FR"/>
              </w:rPr>
            </w:pPr>
            <w:r w:rsidRPr="00D15C0B">
              <w:rPr>
                <w:i/>
                <w:sz w:val="16"/>
                <w:lang w:val="fr-FR"/>
              </w:rPr>
              <w:t>Ministère des Finances - Service privé - Nantes</w:t>
            </w:r>
          </w:p>
        </w:tc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B3577" w14:textId="77777777" w:rsidR="00033305" w:rsidRDefault="00000000">
            <w:pPr>
              <w:jc w:val="right"/>
            </w:pPr>
            <w:r>
              <w:rPr>
                <w:b/>
                <w:color w:val="586065"/>
              </w:rPr>
              <w:t>01/2008 - 01/2011</w:t>
            </w:r>
          </w:p>
        </w:tc>
      </w:tr>
    </w:tbl>
    <w:p w14:paraId="40F47C2C" w14:textId="77777777" w:rsidR="00033305" w:rsidRPr="00D15C0B" w:rsidRDefault="00000000">
      <w:pPr>
        <w:pStyle w:val="Listepuces"/>
        <w:spacing w:after="14"/>
        <w:ind w:left="255" w:hanging="113"/>
        <w:rPr>
          <w:lang w:val="fr-FR"/>
        </w:rPr>
      </w:pPr>
      <w:r w:rsidRPr="00D15C0B">
        <w:rPr>
          <w:lang w:val="fr-FR"/>
        </w:rPr>
        <w:t>Organisation cuisine/pâtisserie pour repas d’affaires et séminaires privés ; fournisseurs, qualité et HACCP.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033305" w14:paraId="5B9D8B73" w14:textId="77777777">
        <w:trPr>
          <w:jc w:val="center"/>
        </w:trPr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C84CA" w14:textId="77777777" w:rsidR="00033305" w:rsidRPr="00D15C0B" w:rsidRDefault="00000000">
            <w:pPr>
              <w:spacing w:after="0"/>
              <w:rPr>
                <w:lang w:val="fr-FR"/>
              </w:rPr>
            </w:pPr>
            <w:r w:rsidRPr="00D15C0B">
              <w:rPr>
                <w:b/>
                <w:color w:val="1D2D37"/>
                <w:sz w:val="19"/>
                <w:lang w:val="fr-FR"/>
              </w:rPr>
              <w:t>Sous-chef de cuisine</w:t>
            </w:r>
          </w:p>
          <w:p w14:paraId="588F2D4C" w14:textId="77777777" w:rsidR="00033305" w:rsidRPr="00D15C0B" w:rsidRDefault="00000000">
            <w:pPr>
              <w:spacing w:after="10"/>
              <w:rPr>
                <w:lang w:val="fr-FR"/>
              </w:rPr>
            </w:pPr>
            <w:r w:rsidRPr="00D15C0B">
              <w:rPr>
                <w:i/>
                <w:sz w:val="16"/>
                <w:lang w:val="fr-FR"/>
              </w:rPr>
              <w:t xml:space="preserve">Club Med </w:t>
            </w:r>
            <w:proofErr w:type="spellStart"/>
            <w:r w:rsidRPr="00D15C0B">
              <w:rPr>
                <w:i/>
                <w:sz w:val="16"/>
                <w:lang w:val="fr-FR"/>
              </w:rPr>
              <w:t>Peisey-Vallandry</w:t>
            </w:r>
            <w:proofErr w:type="spellEnd"/>
            <w:r w:rsidRPr="00D15C0B">
              <w:rPr>
                <w:i/>
                <w:sz w:val="16"/>
                <w:lang w:val="fr-FR"/>
              </w:rPr>
              <w:t xml:space="preserve"> - 5 Tridents luxe - </w:t>
            </w:r>
            <w:proofErr w:type="spellStart"/>
            <w:r w:rsidRPr="00D15C0B">
              <w:rPr>
                <w:i/>
                <w:sz w:val="16"/>
                <w:lang w:val="fr-FR"/>
              </w:rPr>
              <w:t>Vallandry</w:t>
            </w:r>
            <w:proofErr w:type="spellEnd"/>
          </w:p>
        </w:tc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99674" w14:textId="77777777" w:rsidR="00033305" w:rsidRDefault="00000000">
            <w:pPr>
              <w:jc w:val="right"/>
            </w:pPr>
            <w:r>
              <w:rPr>
                <w:b/>
                <w:color w:val="586065"/>
              </w:rPr>
              <w:t>12/2006 - 05/2007</w:t>
            </w:r>
          </w:p>
        </w:tc>
      </w:tr>
    </w:tbl>
    <w:p w14:paraId="45FB942B" w14:textId="77777777" w:rsidR="00033305" w:rsidRPr="00D15C0B" w:rsidRDefault="00000000">
      <w:pPr>
        <w:pStyle w:val="Listepuces"/>
        <w:spacing w:after="14"/>
        <w:ind w:left="255" w:hanging="113"/>
        <w:rPr>
          <w:lang w:val="fr-FR"/>
        </w:rPr>
      </w:pPr>
      <w:r w:rsidRPr="00D15C0B">
        <w:rPr>
          <w:lang w:val="fr-FR"/>
        </w:rPr>
        <w:t>Coordination d’une équipe pouvant atteindre 60 personnes ; formation HACCP et production cuisine/pâtisserie pour mariages, séminaires, buffets et banquets.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033305" w14:paraId="067F297B" w14:textId="77777777">
        <w:trPr>
          <w:jc w:val="center"/>
        </w:trPr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003D8" w14:textId="77777777" w:rsidR="00033305" w:rsidRPr="00D15C0B" w:rsidRDefault="00000000">
            <w:pPr>
              <w:spacing w:after="0"/>
              <w:rPr>
                <w:lang w:val="fr-FR"/>
              </w:rPr>
            </w:pPr>
            <w:r w:rsidRPr="00D15C0B">
              <w:rPr>
                <w:b/>
                <w:color w:val="1D2D37"/>
                <w:sz w:val="19"/>
                <w:lang w:val="fr-FR"/>
              </w:rPr>
              <w:t>Expériences complémentaires</w:t>
            </w:r>
          </w:p>
          <w:p w14:paraId="67506795" w14:textId="77777777" w:rsidR="00033305" w:rsidRPr="00D15C0B" w:rsidRDefault="00000000">
            <w:pPr>
              <w:spacing w:after="10"/>
              <w:rPr>
                <w:lang w:val="fr-FR"/>
              </w:rPr>
            </w:pPr>
            <w:r w:rsidRPr="00D15C0B">
              <w:rPr>
                <w:i/>
                <w:sz w:val="16"/>
                <w:lang w:val="fr-FR"/>
              </w:rPr>
              <w:t xml:space="preserve">Four Seasons Provence Terre Blanche • La Sauvageonne • </w:t>
            </w:r>
            <w:proofErr w:type="spellStart"/>
            <w:r w:rsidRPr="00D15C0B">
              <w:rPr>
                <w:i/>
                <w:sz w:val="16"/>
                <w:lang w:val="fr-FR"/>
              </w:rPr>
              <w:t>Sogérès</w:t>
            </w:r>
            <w:proofErr w:type="spellEnd"/>
            <w:r w:rsidRPr="00D15C0B">
              <w:rPr>
                <w:i/>
                <w:sz w:val="16"/>
                <w:lang w:val="fr-FR"/>
              </w:rPr>
              <w:t xml:space="preserve"> Prestige • Hilton Suffren • Lenôtre - France</w:t>
            </w:r>
          </w:p>
        </w:tc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2B179" w14:textId="77777777" w:rsidR="00033305" w:rsidRDefault="00000000">
            <w:pPr>
              <w:jc w:val="right"/>
            </w:pPr>
            <w:r>
              <w:rPr>
                <w:b/>
                <w:color w:val="586065"/>
              </w:rPr>
              <w:t>1999 - 2008</w:t>
            </w:r>
          </w:p>
        </w:tc>
      </w:tr>
    </w:tbl>
    <w:p w14:paraId="576701D7" w14:textId="77777777" w:rsidR="00033305" w:rsidRPr="00D15C0B" w:rsidRDefault="00000000">
      <w:pPr>
        <w:pStyle w:val="Listepuces"/>
        <w:spacing w:after="14"/>
        <w:ind w:left="255" w:hanging="113"/>
        <w:rPr>
          <w:lang w:val="fr-FR"/>
        </w:rPr>
      </w:pPr>
      <w:r w:rsidRPr="00D15C0B">
        <w:rPr>
          <w:lang w:val="fr-FR"/>
        </w:rPr>
        <w:t>Progression dans des environnements premium en cuisine et pâtisserie, avec responsabilités croissantes de production, encadrement et événementiel.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033305" w14:paraId="6A56EAF8" w14:textId="77777777">
        <w:trPr>
          <w:jc w:val="center"/>
        </w:trPr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E6AC0" w14:textId="7FEC9332" w:rsidR="00033305" w:rsidRPr="00D15C0B" w:rsidRDefault="00000000">
            <w:pPr>
              <w:spacing w:after="0"/>
              <w:rPr>
                <w:lang w:val="fr-FR"/>
              </w:rPr>
            </w:pPr>
            <w:r w:rsidRPr="00D15C0B">
              <w:rPr>
                <w:b/>
                <w:color w:val="1D2D37"/>
                <w:sz w:val="19"/>
                <w:lang w:val="fr-FR"/>
              </w:rPr>
              <w:t>Gérant</w:t>
            </w:r>
            <w:r w:rsidR="00D15C0B">
              <w:rPr>
                <w:b/>
                <w:color w:val="1D2D37"/>
                <w:sz w:val="19"/>
                <w:lang w:val="fr-FR"/>
              </w:rPr>
              <w:t>/Patron</w:t>
            </w:r>
          </w:p>
          <w:p w14:paraId="151212D5" w14:textId="77777777" w:rsidR="00033305" w:rsidRPr="00D15C0B" w:rsidRDefault="00000000">
            <w:pPr>
              <w:spacing w:after="10"/>
              <w:rPr>
                <w:lang w:val="fr-FR"/>
              </w:rPr>
            </w:pPr>
            <w:r w:rsidRPr="00D15C0B">
              <w:rPr>
                <w:i/>
                <w:sz w:val="16"/>
                <w:lang w:val="fr-FR"/>
              </w:rPr>
              <w:t>Restaurant Aux Mille Saveurs du Monde - Angers</w:t>
            </w:r>
          </w:p>
        </w:tc>
        <w:tc>
          <w:tcPr>
            <w:tcW w:w="5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92900" w14:textId="77777777" w:rsidR="00033305" w:rsidRDefault="00000000">
            <w:pPr>
              <w:jc w:val="right"/>
            </w:pPr>
            <w:r>
              <w:rPr>
                <w:b/>
                <w:color w:val="586065"/>
              </w:rPr>
              <w:t>09/2002 - 12/2006</w:t>
            </w:r>
          </w:p>
        </w:tc>
      </w:tr>
    </w:tbl>
    <w:p w14:paraId="2381239B" w14:textId="77777777" w:rsidR="00033305" w:rsidRPr="00D15C0B" w:rsidRDefault="00000000">
      <w:pPr>
        <w:pStyle w:val="Listepuces"/>
        <w:spacing w:after="14"/>
        <w:ind w:left="255" w:hanging="113"/>
        <w:rPr>
          <w:lang w:val="fr-FR"/>
        </w:rPr>
      </w:pPr>
      <w:r w:rsidRPr="00D15C0B">
        <w:rPr>
          <w:lang w:val="fr-FR"/>
        </w:rPr>
        <w:t>Gestion opérationnelle de l’établissement : offre culinaire, équipe, fournisseurs et suivi d’activité.</w:t>
      </w:r>
    </w:p>
    <w:p w14:paraId="2C3FC049" w14:textId="77777777" w:rsidR="00033305" w:rsidRDefault="00000000">
      <w:pPr>
        <w:pStyle w:val="Titre1"/>
      </w:pPr>
      <w:r>
        <w:t>FORMATION &amp; CERTIFICATIONS</w:t>
      </w:r>
    </w:p>
    <w:p w14:paraId="24C0753B" w14:textId="77777777" w:rsidR="00033305" w:rsidRPr="00D15C0B" w:rsidRDefault="00000000">
      <w:pPr>
        <w:pStyle w:val="Listepuces"/>
        <w:spacing w:after="14"/>
        <w:ind w:left="255" w:hanging="113"/>
        <w:rPr>
          <w:lang w:val="fr-FR"/>
        </w:rPr>
      </w:pPr>
      <w:r w:rsidRPr="00D15C0B">
        <w:rPr>
          <w:lang w:val="fr-FR"/>
        </w:rPr>
        <w:t>Bac professionnel Hôtellerie - Restauration, cuisine &amp; pâtisserie - Lycée hôtelier d’Antony</w:t>
      </w:r>
    </w:p>
    <w:p w14:paraId="065E2191" w14:textId="77777777" w:rsidR="00033305" w:rsidRPr="00D15C0B" w:rsidRDefault="00000000">
      <w:pPr>
        <w:pStyle w:val="Listepuces"/>
        <w:spacing w:after="14"/>
        <w:ind w:left="255" w:hanging="113"/>
        <w:rPr>
          <w:lang w:val="fr-FR"/>
        </w:rPr>
      </w:pPr>
      <w:r w:rsidRPr="00D15C0B">
        <w:rPr>
          <w:lang w:val="fr-FR"/>
        </w:rPr>
        <w:t>CAP/BEP Restauration - cuisine, bar &amp; pâtisserie - Lycée du François</w:t>
      </w:r>
    </w:p>
    <w:p w14:paraId="643A75F0" w14:textId="77777777" w:rsidR="00033305" w:rsidRDefault="00000000">
      <w:pPr>
        <w:pStyle w:val="Listepuces"/>
        <w:spacing w:after="14"/>
        <w:ind w:left="255" w:hanging="113"/>
      </w:pPr>
      <w:r>
        <w:t>Formation gestion - budget &amp; management - Score Service, Paris</w:t>
      </w:r>
    </w:p>
    <w:p w14:paraId="31CB7638" w14:textId="77777777" w:rsidR="00033305" w:rsidRPr="00D15C0B" w:rsidRDefault="00000000">
      <w:pPr>
        <w:pStyle w:val="Listepuces"/>
        <w:spacing w:after="14"/>
        <w:ind w:left="255" w:hanging="113"/>
        <w:rPr>
          <w:lang w:val="fr-FR"/>
        </w:rPr>
      </w:pPr>
      <w:r w:rsidRPr="00D15C0B">
        <w:rPr>
          <w:lang w:val="fr-FR"/>
        </w:rPr>
        <w:t xml:space="preserve">Formation HACCP &amp; secourisme du travail - </w:t>
      </w:r>
      <w:proofErr w:type="spellStart"/>
      <w:r w:rsidRPr="00D15C0B">
        <w:rPr>
          <w:lang w:val="fr-FR"/>
        </w:rPr>
        <w:t>Sogesrest</w:t>
      </w:r>
      <w:proofErr w:type="spellEnd"/>
      <w:r w:rsidRPr="00D15C0B">
        <w:rPr>
          <w:lang w:val="fr-FR"/>
        </w:rPr>
        <w:t>, Paris</w:t>
      </w:r>
    </w:p>
    <w:p w14:paraId="658309C0" w14:textId="77777777" w:rsidR="00033305" w:rsidRPr="00D15C0B" w:rsidRDefault="00000000">
      <w:pPr>
        <w:pStyle w:val="Titre1"/>
        <w:rPr>
          <w:lang w:val="fr-FR"/>
        </w:rPr>
      </w:pPr>
      <w:r w:rsidRPr="00D15C0B">
        <w:rPr>
          <w:lang w:val="fr-FR"/>
        </w:rPr>
        <w:t>DISTINCTIONS &amp; RÉSEAUX</w:t>
      </w:r>
    </w:p>
    <w:p w14:paraId="6F19E88F" w14:textId="77777777" w:rsidR="00033305" w:rsidRPr="00D15C0B" w:rsidRDefault="00000000">
      <w:pPr>
        <w:spacing w:after="30"/>
        <w:rPr>
          <w:lang w:val="fr-FR"/>
        </w:rPr>
      </w:pPr>
      <w:r w:rsidRPr="00D15C0B">
        <w:rPr>
          <w:lang w:val="fr-FR"/>
        </w:rPr>
        <w:t>Toques Françaises • Euro-Toques • Disciples Escoffier International • Best Gastronomie Golden Chef 2024</w:t>
      </w:r>
    </w:p>
    <w:p w14:paraId="4FFB9FAC" w14:textId="77777777" w:rsidR="00033305" w:rsidRPr="00D15C0B" w:rsidRDefault="00000000">
      <w:pPr>
        <w:pStyle w:val="Titre1"/>
        <w:rPr>
          <w:lang w:val="fr-FR"/>
        </w:rPr>
      </w:pPr>
      <w:r w:rsidRPr="00D15C0B">
        <w:rPr>
          <w:lang w:val="fr-FR"/>
        </w:rPr>
        <w:t>LANGUES &amp; MOBILITÉ</w:t>
      </w:r>
    </w:p>
    <w:p w14:paraId="03296EB7" w14:textId="77777777" w:rsidR="00033305" w:rsidRPr="00D15C0B" w:rsidRDefault="00000000">
      <w:pPr>
        <w:rPr>
          <w:lang w:val="fr-FR"/>
        </w:rPr>
      </w:pPr>
      <w:r w:rsidRPr="00D15C0B">
        <w:rPr>
          <w:b/>
          <w:lang w:val="fr-FR"/>
        </w:rPr>
        <w:t xml:space="preserve">Français : </w:t>
      </w:r>
      <w:r w:rsidRPr="00D15C0B">
        <w:rPr>
          <w:lang w:val="fr-FR"/>
        </w:rPr>
        <w:t xml:space="preserve">langue maternelle   •   </w:t>
      </w:r>
      <w:r w:rsidRPr="00D15C0B">
        <w:rPr>
          <w:b/>
          <w:lang w:val="fr-FR"/>
        </w:rPr>
        <w:t xml:space="preserve">Anglais : </w:t>
      </w:r>
      <w:r w:rsidRPr="00D15C0B">
        <w:rPr>
          <w:lang w:val="fr-FR"/>
        </w:rPr>
        <w:t xml:space="preserve">opérationnel   •   </w:t>
      </w:r>
      <w:r w:rsidRPr="00D15C0B">
        <w:rPr>
          <w:b/>
          <w:lang w:val="fr-FR"/>
        </w:rPr>
        <w:t xml:space="preserve">Mobilité : </w:t>
      </w:r>
      <w:r w:rsidRPr="00D15C0B">
        <w:rPr>
          <w:lang w:val="fr-FR"/>
        </w:rPr>
        <w:t>France &amp; international</w:t>
      </w:r>
    </w:p>
    <w:p w14:paraId="6789252A" w14:textId="77777777" w:rsidR="00033305" w:rsidRPr="00D15C0B" w:rsidRDefault="00000000">
      <w:pPr>
        <w:pStyle w:val="Titre1"/>
        <w:rPr>
          <w:lang w:val="fr-FR"/>
        </w:rPr>
      </w:pPr>
      <w:r w:rsidRPr="00D15C0B">
        <w:rPr>
          <w:lang w:val="fr-FR"/>
        </w:rPr>
        <w:t>RÉFÉRENCES</w:t>
      </w:r>
    </w:p>
    <w:p w14:paraId="1363AF6E" w14:textId="77777777" w:rsidR="00033305" w:rsidRDefault="00000000">
      <w:pPr>
        <w:rPr>
          <w:lang w:val="fr-FR"/>
        </w:rPr>
      </w:pPr>
      <w:r w:rsidRPr="00D15C0B">
        <w:rPr>
          <w:lang w:val="fr-FR"/>
        </w:rPr>
        <w:t>Références professionnelles disponibles sur demande.</w:t>
      </w:r>
    </w:p>
    <w:p w14:paraId="697B0839" w14:textId="77777777" w:rsidR="00D15C0B" w:rsidRDefault="00D15C0B">
      <w:pPr>
        <w:rPr>
          <w:lang w:val="fr-FR"/>
        </w:rPr>
      </w:pPr>
    </w:p>
    <w:p w14:paraId="3FE9A9E2" w14:textId="77777777" w:rsidR="00D15C0B" w:rsidRDefault="00D15C0B">
      <w:pPr>
        <w:rPr>
          <w:lang w:val="fr-FR"/>
        </w:rPr>
      </w:pPr>
    </w:p>
    <w:p w14:paraId="2ED95A64" w14:textId="77777777" w:rsidR="00D15C0B" w:rsidRDefault="00D15C0B">
      <w:pPr>
        <w:rPr>
          <w:lang w:val="fr-FR"/>
        </w:rPr>
      </w:pPr>
    </w:p>
    <w:p w14:paraId="138F9ED3" w14:textId="03EAE5B9" w:rsidR="00D15C0B" w:rsidRPr="00A64CA2" w:rsidRDefault="00D15C0B" w:rsidP="00D15C0B">
      <w:pPr>
        <w:jc w:val="center"/>
        <w:rPr>
          <w:color w:val="000000" w:themeColor="text1"/>
          <w:sz w:val="36"/>
          <w:szCs w:val="36"/>
        </w:rPr>
      </w:pPr>
      <w:r w:rsidRPr="00D15C0B">
        <w:drawing>
          <wp:inline distT="0" distB="0" distL="0" distR="0" wp14:anchorId="657BA985" wp14:editId="5D277B0F">
            <wp:extent cx="996593" cy="998268"/>
            <wp:effectExtent l="0" t="0" r="0" b="5080"/>
            <wp:docPr id="2100723199" name="Image 1" descr="Une image contenant Emblème, métal, bronze, lait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723199" name="Image 1" descr="Une image contenant Emblème, métal, bronze, laiton&#10;&#10;Description générée automatiquemen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10950" cy="101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36"/>
          <w:szCs w:val="36"/>
        </w:rPr>
        <w:drawing>
          <wp:inline distT="0" distB="0" distL="0" distR="0" wp14:anchorId="07CCBC2E" wp14:editId="12E1C278">
            <wp:extent cx="889000" cy="889000"/>
            <wp:effectExtent l="0" t="0" r="0" b="0"/>
            <wp:docPr id="2" name="Image 2" descr="Une image contenant symbole, logo, texte, cerc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symbole, logo, texte, cercle&#10;&#10;Description générée automatiquemen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36"/>
          <w:szCs w:val="36"/>
        </w:rPr>
        <w:drawing>
          <wp:inline distT="0" distB="0" distL="0" distR="0" wp14:anchorId="61FAD1E1" wp14:editId="79EE29AA">
            <wp:extent cx="1536700" cy="1185800"/>
            <wp:effectExtent l="0" t="0" r="0" b="0"/>
            <wp:docPr id="3" name="Image 3" descr="Une image contenant texte, conception, illustr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, conception, illustration&#10;&#10;Description générée automatiquemen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8394" cy="118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 INCLUDEPICTURE "https://toutpourleresto.fr/wp-content/uploads/2023/04/disciples-escoffier-logo.png"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F195690" wp14:editId="3A1AC494">
            <wp:extent cx="1794510" cy="897255"/>
            <wp:effectExtent l="0" t="0" r="0" b="4445"/>
            <wp:docPr id="348449148" name="Image 1" descr="Les Disciples d'Escoffier, héritage de l'immense Auguste Escoff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s Disciples d'Escoffier, héritage de l'immense Auguste Escoffie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B58AA71" w14:textId="77777777" w:rsidR="00D15C0B" w:rsidRPr="00D15C0B" w:rsidRDefault="00D15C0B">
      <w:pPr>
        <w:rPr>
          <w:lang w:val="fr-FR"/>
        </w:rPr>
      </w:pPr>
    </w:p>
    <w:sectPr w:rsidR="00D15C0B" w:rsidRPr="00D15C0B" w:rsidSect="00034616">
      <w:footerReference w:type="default" r:id="rId13"/>
      <w:pgSz w:w="12240" w:h="15840"/>
      <w:pgMar w:top="567" w:right="765" w:bottom="510" w:left="76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A93542" w14:textId="77777777" w:rsidR="005E19AB" w:rsidRDefault="005E19AB">
      <w:pPr>
        <w:spacing w:after="0"/>
      </w:pPr>
      <w:r>
        <w:separator/>
      </w:r>
    </w:p>
  </w:endnote>
  <w:endnote w:type="continuationSeparator" w:id="0">
    <w:p w14:paraId="0EF1FDB8" w14:textId="77777777" w:rsidR="005E19AB" w:rsidRDefault="005E19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00104" w14:textId="77777777" w:rsidR="00033305" w:rsidRPr="00D15C0B" w:rsidRDefault="00000000">
    <w:pPr>
      <w:pStyle w:val="Pieddepage"/>
      <w:jc w:val="center"/>
      <w:rPr>
        <w:lang w:val="fr-FR"/>
      </w:rPr>
    </w:pPr>
    <w:r w:rsidRPr="00D15C0B">
      <w:rPr>
        <w:color w:val="586065"/>
        <w:sz w:val="14"/>
        <w:lang w:val="fr-FR"/>
      </w:rPr>
      <w:t>Cédric Jean Charles - Chef Exécutif de Cuisine &amp; Chef Pâtissier - Hôtellerie de luxe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E14EE" w14:textId="77777777" w:rsidR="005E19AB" w:rsidRDefault="005E19AB">
      <w:pPr>
        <w:spacing w:after="0"/>
      </w:pPr>
      <w:r>
        <w:separator/>
      </w:r>
    </w:p>
  </w:footnote>
  <w:footnote w:type="continuationSeparator" w:id="0">
    <w:p w14:paraId="2640E3C8" w14:textId="77777777" w:rsidR="005E19AB" w:rsidRDefault="005E19A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4567429">
    <w:abstractNumId w:val="8"/>
  </w:num>
  <w:num w:numId="2" w16cid:durableId="1001396460">
    <w:abstractNumId w:val="6"/>
  </w:num>
  <w:num w:numId="3" w16cid:durableId="868688283">
    <w:abstractNumId w:val="5"/>
  </w:num>
  <w:num w:numId="4" w16cid:durableId="1588029061">
    <w:abstractNumId w:val="4"/>
  </w:num>
  <w:num w:numId="5" w16cid:durableId="2053991120">
    <w:abstractNumId w:val="7"/>
  </w:num>
  <w:num w:numId="6" w16cid:durableId="1083528551">
    <w:abstractNumId w:val="3"/>
  </w:num>
  <w:num w:numId="7" w16cid:durableId="780997612">
    <w:abstractNumId w:val="2"/>
  </w:num>
  <w:num w:numId="8" w16cid:durableId="1875312784">
    <w:abstractNumId w:val="1"/>
  </w:num>
  <w:num w:numId="9" w16cid:durableId="1670717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305"/>
    <w:rsid w:val="00034616"/>
    <w:rsid w:val="0006063C"/>
    <w:rsid w:val="0015074B"/>
    <w:rsid w:val="001F25F9"/>
    <w:rsid w:val="0029639D"/>
    <w:rsid w:val="00326F90"/>
    <w:rsid w:val="005E19AB"/>
    <w:rsid w:val="00AA1D8D"/>
    <w:rsid w:val="00B47730"/>
    <w:rsid w:val="00CB0664"/>
    <w:rsid w:val="00D15C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64F55C"/>
  <w14:defaultImageDpi w14:val="300"/>
  <w15:docId w15:val="{83584E97-923C-9D42-BA4A-AA69262CE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26" w:line="240" w:lineRule="auto"/>
    </w:pPr>
    <w:rPr>
      <w:rFonts w:ascii="Aptos" w:hAnsi="Aptos"/>
      <w:sz w:val="17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100" w:after="40"/>
      <w:outlineLvl w:val="0"/>
    </w:pPr>
    <w:rPr>
      <w:rFonts w:asciiTheme="majorHAnsi" w:eastAsiaTheme="majorEastAsia" w:hAnsiTheme="majorHAnsi" w:cstheme="majorBidi"/>
      <w:b/>
      <w:bCs/>
      <w:color w:val="1D2D37"/>
      <w:sz w:val="23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D2D37"/>
      <w:sz w:val="20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1D2D37"/>
      <w:spacing w:val="5"/>
      <w:kern w:val="28"/>
      <w:sz w:val="46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952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 j</cp:lastModifiedBy>
  <cp:revision>2</cp:revision>
  <dcterms:created xsi:type="dcterms:W3CDTF">2026-08-27T14:44:00Z</dcterms:created>
  <dcterms:modified xsi:type="dcterms:W3CDTF">2026-08-27T14:44:00Z</dcterms:modified>
  <cp:category/>
</cp:coreProperties>
</file>